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3377" w14:textId="3A8A6E19" w:rsidR="003E45DF" w:rsidRDefault="003E45DF" w:rsidP="003E45DF">
      <w:pPr>
        <w:spacing w:after="0" w:line="240" w:lineRule="auto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（別紙）</w:t>
      </w:r>
    </w:p>
    <w:p w14:paraId="0BDD4EA5" w14:textId="77777777" w:rsidR="003E45DF" w:rsidRDefault="003E45DF" w:rsidP="003E45DF">
      <w:pPr>
        <w:spacing w:after="0" w:line="240" w:lineRule="auto"/>
        <w:ind w:firstLineChars="100" w:firstLine="280"/>
        <w:rPr>
          <w:sz w:val="28"/>
          <w:szCs w:val="28"/>
          <w:lang w:eastAsia="ja-JP"/>
        </w:rPr>
      </w:pPr>
    </w:p>
    <w:p w14:paraId="3C5FF3A0" w14:textId="3E06442C" w:rsidR="00623DC7" w:rsidRDefault="005F048E" w:rsidP="005F048E">
      <w:pPr>
        <w:spacing w:after="0" w:line="240" w:lineRule="auto"/>
        <w:ind w:firstLineChars="100" w:firstLine="280"/>
        <w:jc w:val="center"/>
        <w:rPr>
          <w:sz w:val="28"/>
          <w:szCs w:val="28"/>
          <w:lang w:eastAsia="ja-JP"/>
        </w:rPr>
      </w:pPr>
      <w:r w:rsidRPr="005F048E">
        <w:rPr>
          <w:rFonts w:hint="eastAsia"/>
          <w:sz w:val="28"/>
          <w:szCs w:val="28"/>
          <w:lang w:eastAsia="ja-JP"/>
        </w:rPr>
        <w:t>協賛金申込書</w:t>
      </w:r>
    </w:p>
    <w:p w14:paraId="38CD6B90" w14:textId="77777777" w:rsidR="005F048E" w:rsidRPr="005F048E" w:rsidRDefault="005F048E" w:rsidP="005F048E">
      <w:pPr>
        <w:spacing w:after="0" w:line="240" w:lineRule="auto"/>
        <w:ind w:firstLineChars="100" w:firstLine="280"/>
        <w:jc w:val="center"/>
        <w:rPr>
          <w:sz w:val="28"/>
          <w:szCs w:val="28"/>
          <w:lang w:eastAsia="ja-JP"/>
        </w:rPr>
      </w:pPr>
    </w:p>
    <w:p w14:paraId="6E8839E9" w14:textId="77777777" w:rsidR="005F048E" w:rsidRPr="005F048E" w:rsidRDefault="005F048E" w:rsidP="005F048E">
      <w:pPr>
        <w:spacing w:after="0" w:line="240" w:lineRule="auto"/>
        <w:ind w:firstLineChars="100" w:firstLine="280"/>
        <w:rPr>
          <w:sz w:val="28"/>
          <w:szCs w:val="28"/>
          <w:lang w:eastAsia="ja-JP"/>
        </w:rPr>
      </w:pPr>
    </w:p>
    <w:tbl>
      <w:tblPr>
        <w:tblStyle w:val="afe"/>
        <w:tblW w:w="9351" w:type="dxa"/>
        <w:tblLook w:val="04A0" w:firstRow="1" w:lastRow="0" w:firstColumn="1" w:lastColumn="0" w:noHBand="0" w:noVBand="1"/>
      </w:tblPr>
      <w:tblGrid>
        <w:gridCol w:w="1646"/>
        <w:gridCol w:w="7705"/>
      </w:tblGrid>
      <w:tr w:rsidR="005F048E" w:rsidRPr="005F048E" w14:paraId="3369BC9C" w14:textId="77777777" w:rsidTr="00F43B74">
        <w:trPr>
          <w:trHeight w:val="1195"/>
        </w:trPr>
        <w:tc>
          <w:tcPr>
            <w:tcW w:w="1838" w:type="dxa"/>
            <w:vAlign w:val="center"/>
          </w:tcPr>
          <w:p w14:paraId="47558758" w14:textId="070CBF23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企業名</w:t>
            </w:r>
          </w:p>
        </w:tc>
        <w:tc>
          <w:tcPr>
            <w:tcW w:w="7513" w:type="dxa"/>
          </w:tcPr>
          <w:p w14:paraId="37362658" w14:textId="77777777" w:rsidR="005F048E" w:rsidRPr="005F048E" w:rsidRDefault="005F048E" w:rsidP="005F048E">
            <w:pPr>
              <w:rPr>
                <w:sz w:val="28"/>
                <w:szCs w:val="28"/>
                <w:lang w:eastAsia="ja-JP"/>
              </w:rPr>
            </w:pPr>
          </w:p>
        </w:tc>
      </w:tr>
      <w:tr w:rsidR="005F048E" w:rsidRPr="005F048E" w14:paraId="6E3F7130" w14:textId="77777777" w:rsidTr="00F43B74">
        <w:trPr>
          <w:trHeight w:val="1132"/>
        </w:trPr>
        <w:tc>
          <w:tcPr>
            <w:tcW w:w="1838" w:type="dxa"/>
            <w:vAlign w:val="center"/>
          </w:tcPr>
          <w:p w14:paraId="7A7580D0" w14:textId="40B5301D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所在地</w:t>
            </w:r>
          </w:p>
        </w:tc>
        <w:tc>
          <w:tcPr>
            <w:tcW w:w="7513" w:type="dxa"/>
          </w:tcPr>
          <w:p w14:paraId="08DBAB18" w14:textId="77777777" w:rsidR="005F048E" w:rsidRPr="005F048E" w:rsidRDefault="005F048E" w:rsidP="005F048E">
            <w:pPr>
              <w:rPr>
                <w:sz w:val="28"/>
                <w:szCs w:val="28"/>
                <w:lang w:eastAsia="ja-JP"/>
              </w:rPr>
            </w:pPr>
          </w:p>
        </w:tc>
      </w:tr>
      <w:tr w:rsidR="005F048E" w:rsidRPr="005F048E" w14:paraId="433E338A" w14:textId="77777777" w:rsidTr="00F43B74">
        <w:trPr>
          <w:trHeight w:val="1195"/>
        </w:trPr>
        <w:tc>
          <w:tcPr>
            <w:tcW w:w="1838" w:type="dxa"/>
            <w:vAlign w:val="center"/>
          </w:tcPr>
          <w:p w14:paraId="12E6247E" w14:textId="5A10D2BD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代表者名</w:t>
            </w:r>
          </w:p>
        </w:tc>
        <w:tc>
          <w:tcPr>
            <w:tcW w:w="7513" w:type="dxa"/>
          </w:tcPr>
          <w:p w14:paraId="2212B889" w14:textId="77777777" w:rsidR="005F048E" w:rsidRPr="005F048E" w:rsidRDefault="005F048E" w:rsidP="005F048E">
            <w:pPr>
              <w:rPr>
                <w:sz w:val="28"/>
                <w:szCs w:val="28"/>
                <w:lang w:eastAsia="ja-JP"/>
              </w:rPr>
            </w:pPr>
          </w:p>
        </w:tc>
      </w:tr>
      <w:tr w:rsidR="005F048E" w:rsidRPr="005F048E" w14:paraId="03D4DB3A" w14:textId="77777777" w:rsidTr="00F43B74">
        <w:trPr>
          <w:trHeight w:val="1195"/>
        </w:trPr>
        <w:tc>
          <w:tcPr>
            <w:tcW w:w="1838" w:type="dxa"/>
            <w:vAlign w:val="center"/>
          </w:tcPr>
          <w:p w14:paraId="444C11D2" w14:textId="495F5FEF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担当者名</w:t>
            </w:r>
          </w:p>
        </w:tc>
        <w:tc>
          <w:tcPr>
            <w:tcW w:w="7513" w:type="dxa"/>
          </w:tcPr>
          <w:p w14:paraId="35547337" w14:textId="77777777" w:rsidR="005F048E" w:rsidRPr="005F048E" w:rsidRDefault="005F048E" w:rsidP="005F048E">
            <w:pPr>
              <w:rPr>
                <w:sz w:val="28"/>
                <w:szCs w:val="28"/>
                <w:lang w:eastAsia="ja-JP"/>
              </w:rPr>
            </w:pPr>
          </w:p>
        </w:tc>
      </w:tr>
      <w:tr w:rsidR="005F048E" w:rsidRPr="005F048E" w14:paraId="18309BF9" w14:textId="77777777" w:rsidTr="00F43B74">
        <w:trPr>
          <w:trHeight w:val="1132"/>
        </w:trPr>
        <w:tc>
          <w:tcPr>
            <w:tcW w:w="1838" w:type="dxa"/>
            <w:vAlign w:val="center"/>
          </w:tcPr>
          <w:p w14:paraId="37DF9C2A" w14:textId="77777777" w:rsidR="00E83BC7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連絡先</w:t>
            </w:r>
          </w:p>
          <w:p w14:paraId="17EAF62C" w14:textId="0489DC93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（電話）</w:t>
            </w:r>
          </w:p>
        </w:tc>
        <w:tc>
          <w:tcPr>
            <w:tcW w:w="7513" w:type="dxa"/>
          </w:tcPr>
          <w:p w14:paraId="2BF2AF02" w14:textId="77777777" w:rsidR="005F048E" w:rsidRPr="005F048E" w:rsidRDefault="005F048E" w:rsidP="005F048E">
            <w:pPr>
              <w:rPr>
                <w:sz w:val="28"/>
                <w:szCs w:val="28"/>
                <w:lang w:eastAsia="ja-JP"/>
              </w:rPr>
            </w:pPr>
          </w:p>
        </w:tc>
      </w:tr>
      <w:tr w:rsidR="005F048E" w:rsidRPr="005F048E" w14:paraId="07DD6358" w14:textId="77777777" w:rsidTr="00F43B74">
        <w:trPr>
          <w:trHeight w:val="1195"/>
        </w:trPr>
        <w:tc>
          <w:tcPr>
            <w:tcW w:w="1838" w:type="dxa"/>
            <w:vAlign w:val="center"/>
          </w:tcPr>
          <w:p w14:paraId="202C8A2C" w14:textId="77777777" w:rsidR="00E83BC7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メール</w:t>
            </w:r>
          </w:p>
          <w:p w14:paraId="1BDC546F" w14:textId="1876C9E8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アドレス</w:t>
            </w:r>
          </w:p>
        </w:tc>
        <w:tc>
          <w:tcPr>
            <w:tcW w:w="7513" w:type="dxa"/>
          </w:tcPr>
          <w:p w14:paraId="6E9FE9E8" w14:textId="77777777" w:rsidR="005F048E" w:rsidRPr="005F048E" w:rsidRDefault="005F048E" w:rsidP="005F048E">
            <w:pPr>
              <w:rPr>
                <w:sz w:val="28"/>
                <w:szCs w:val="28"/>
                <w:lang w:eastAsia="ja-JP"/>
              </w:rPr>
            </w:pPr>
          </w:p>
        </w:tc>
      </w:tr>
      <w:tr w:rsidR="005F048E" w:rsidRPr="005F048E" w14:paraId="7417A61C" w14:textId="77777777" w:rsidTr="00F43B74">
        <w:trPr>
          <w:trHeight w:val="1132"/>
        </w:trPr>
        <w:tc>
          <w:tcPr>
            <w:tcW w:w="1838" w:type="dxa"/>
            <w:vAlign w:val="center"/>
          </w:tcPr>
          <w:p w14:paraId="31C91381" w14:textId="4BCBE4EC" w:rsidR="005F048E" w:rsidRPr="00F43B74" w:rsidRDefault="005F048E" w:rsidP="005F048E">
            <w:pPr>
              <w:jc w:val="center"/>
              <w:rPr>
                <w:lang w:eastAsia="ja-JP"/>
              </w:rPr>
            </w:pPr>
            <w:r w:rsidRPr="00F43B74">
              <w:rPr>
                <w:rFonts w:hint="eastAsia"/>
                <w:lang w:eastAsia="ja-JP"/>
              </w:rPr>
              <w:t>協賛金額</w:t>
            </w:r>
          </w:p>
        </w:tc>
        <w:tc>
          <w:tcPr>
            <w:tcW w:w="7513" w:type="dxa"/>
            <w:vAlign w:val="center"/>
          </w:tcPr>
          <w:p w14:paraId="0CA3EE35" w14:textId="77777777" w:rsidR="005F048E" w:rsidRDefault="005F048E" w:rsidP="00F43B74">
            <w:pPr>
              <w:wordWrap w:val="0"/>
              <w:ind w:right="1120"/>
              <w:rPr>
                <w:sz w:val="28"/>
                <w:szCs w:val="28"/>
                <w:lang w:eastAsia="ja-JP"/>
              </w:rPr>
            </w:pPr>
          </w:p>
          <w:p w14:paraId="1BD0CDA2" w14:textId="77777777" w:rsidR="00F43B74" w:rsidRDefault="00F43B74" w:rsidP="00F43B74">
            <w:pPr>
              <w:wordWrap w:val="0"/>
              <w:ind w:right="1120"/>
              <w:rPr>
                <w:sz w:val="28"/>
                <w:szCs w:val="28"/>
                <w:lang w:eastAsia="ja-JP"/>
              </w:rPr>
            </w:pPr>
          </w:p>
          <w:tbl>
            <w:tblPr>
              <w:tblStyle w:val="afe"/>
              <w:tblW w:w="7479" w:type="dxa"/>
              <w:tblLook w:val="04A0" w:firstRow="1" w:lastRow="0" w:firstColumn="1" w:lastColumn="0" w:noHBand="0" w:noVBand="1"/>
            </w:tblPr>
            <w:tblGrid>
              <w:gridCol w:w="834"/>
              <w:gridCol w:w="836"/>
              <w:gridCol w:w="836"/>
              <w:gridCol w:w="836"/>
              <w:gridCol w:w="836"/>
              <w:gridCol w:w="836"/>
              <w:gridCol w:w="836"/>
              <w:gridCol w:w="793"/>
              <w:gridCol w:w="836"/>
            </w:tblGrid>
            <w:tr w:rsidR="00E12E3D" w14:paraId="5423AE34" w14:textId="77777777" w:rsidTr="00E12E3D">
              <w:trPr>
                <w:trHeight w:val="245"/>
              </w:trPr>
              <w:tc>
                <w:tcPr>
                  <w:tcW w:w="834" w:type="dxa"/>
                  <w:vMerge w:val="restart"/>
                  <w:vAlign w:val="center"/>
                </w:tcPr>
                <w:p w14:paraId="7FB5824B" w14:textId="0EF1B751" w:rsidR="00E12E3D" w:rsidRPr="000C6892" w:rsidRDefault="00E12E3D" w:rsidP="00F43B74">
                  <w:pPr>
                    <w:jc w:val="center"/>
                    <w:rPr>
                      <w:sz w:val="40"/>
                      <w:szCs w:val="40"/>
                      <w:lang w:eastAsia="ja-JP"/>
                    </w:rPr>
                  </w:pPr>
                  <w:r w:rsidRPr="000C6892">
                    <w:rPr>
                      <w:rFonts w:hint="eastAsia"/>
                      <w:sz w:val="40"/>
                      <w:szCs w:val="40"/>
                      <w:lang w:eastAsia="ja-JP"/>
                    </w:rPr>
                    <w:t>￥</w:t>
                  </w:r>
                </w:p>
              </w:tc>
              <w:tc>
                <w:tcPr>
                  <w:tcW w:w="836" w:type="dxa"/>
                  <w:vAlign w:val="center"/>
                </w:tcPr>
                <w:p w14:paraId="6F14F096" w14:textId="32C955FE" w:rsidR="00E12E3D" w:rsidRPr="00F43B74" w:rsidRDefault="00E12E3D" w:rsidP="00F43B74">
                  <w:pPr>
                    <w:jc w:val="center"/>
                    <w:rPr>
                      <w:sz w:val="16"/>
                      <w:szCs w:val="16"/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百万</w:t>
                  </w:r>
                </w:p>
              </w:tc>
              <w:tc>
                <w:tcPr>
                  <w:tcW w:w="836" w:type="dxa"/>
                  <w:vAlign w:val="center"/>
                </w:tcPr>
                <w:p w14:paraId="71546EFB" w14:textId="0A272AA9" w:rsidR="00E12E3D" w:rsidRDefault="00E12E3D" w:rsidP="00F43B74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十万</w:t>
                  </w:r>
                </w:p>
              </w:tc>
              <w:tc>
                <w:tcPr>
                  <w:tcW w:w="836" w:type="dxa"/>
                  <w:vAlign w:val="center"/>
                </w:tcPr>
                <w:p w14:paraId="4F327736" w14:textId="722B0C94" w:rsidR="00E12E3D" w:rsidRDefault="00E12E3D" w:rsidP="00F43B74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万</w:t>
                  </w:r>
                </w:p>
              </w:tc>
              <w:tc>
                <w:tcPr>
                  <w:tcW w:w="836" w:type="dxa"/>
                  <w:vAlign w:val="center"/>
                </w:tcPr>
                <w:p w14:paraId="5E143F56" w14:textId="5B36148A" w:rsidR="00E12E3D" w:rsidRDefault="00E12E3D" w:rsidP="00F43B74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千</w:t>
                  </w:r>
                </w:p>
              </w:tc>
              <w:tc>
                <w:tcPr>
                  <w:tcW w:w="836" w:type="dxa"/>
                  <w:vAlign w:val="center"/>
                </w:tcPr>
                <w:p w14:paraId="49CEB596" w14:textId="58ED223B" w:rsidR="00E12E3D" w:rsidRDefault="00E12E3D" w:rsidP="00F43B74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百</w:t>
                  </w:r>
                </w:p>
              </w:tc>
              <w:tc>
                <w:tcPr>
                  <w:tcW w:w="836" w:type="dxa"/>
                  <w:vAlign w:val="center"/>
                </w:tcPr>
                <w:p w14:paraId="1A191230" w14:textId="604C73F8" w:rsidR="00E12E3D" w:rsidRDefault="00E12E3D" w:rsidP="00F43B74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十</w:t>
                  </w:r>
                </w:p>
              </w:tc>
              <w:tc>
                <w:tcPr>
                  <w:tcW w:w="793" w:type="dxa"/>
                </w:tcPr>
                <w:p w14:paraId="1C9BE76F" w14:textId="07C80381" w:rsidR="00E12E3D" w:rsidRDefault="00E12E3D" w:rsidP="00F43B74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一</w:t>
                  </w:r>
                </w:p>
              </w:tc>
              <w:tc>
                <w:tcPr>
                  <w:tcW w:w="836" w:type="dxa"/>
                  <w:vMerge w:val="restart"/>
                  <w:vAlign w:val="center"/>
                </w:tcPr>
                <w:p w14:paraId="4EDB74FB" w14:textId="5798D122" w:rsidR="00E12E3D" w:rsidRPr="000C6892" w:rsidRDefault="00E12E3D" w:rsidP="00F43B74">
                  <w:pPr>
                    <w:jc w:val="center"/>
                    <w:rPr>
                      <w:sz w:val="40"/>
                      <w:szCs w:val="40"/>
                      <w:lang w:eastAsia="ja-JP"/>
                    </w:rPr>
                  </w:pPr>
                  <w:r w:rsidRPr="000C6892">
                    <w:rPr>
                      <w:rFonts w:hint="eastAsia"/>
                      <w:sz w:val="40"/>
                      <w:szCs w:val="40"/>
                      <w:lang w:eastAsia="ja-JP"/>
                    </w:rPr>
                    <w:t>円</w:t>
                  </w:r>
                </w:p>
              </w:tc>
            </w:tr>
            <w:tr w:rsidR="00E12E3D" w14:paraId="279E625A" w14:textId="77777777" w:rsidTr="00E12E3D">
              <w:trPr>
                <w:trHeight w:val="892"/>
              </w:trPr>
              <w:tc>
                <w:tcPr>
                  <w:tcW w:w="834" w:type="dxa"/>
                  <w:vMerge/>
                </w:tcPr>
                <w:p w14:paraId="77DEE5BE" w14:textId="77777777" w:rsidR="00E12E3D" w:rsidRDefault="00E12E3D" w:rsidP="00F43B74">
                  <w:pPr>
                    <w:jc w:val="both"/>
                    <w:rPr>
                      <w:lang w:eastAsia="ja-JP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14:paraId="788217ED" w14:textId="77777777" w:rsidR="00E12E3D" w:rsidRDefault="00E12E3D" w:rsidP="00E12E3D">
                  <w:pPr>
                    <w:jc w:val="right"/>
                    <w:rPr>
                      <w:lang w:eastAsia="ja-JP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14:paraId="3D209698" w14:textId="115EAF91" w:rsidR="00E12E3D" w:rsidRDefault="00E12E3D" w:rsidP="00E12E3D">
                  <w:pPr>
                    <w:jc w:val="right"/>
                    <w:rPr>
                      <w:lang w:eastAsia="ja-JP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14:paraId="263E26B4" w14:textId="209BD75C" w:rsidR="00E12E3D" w:rsidRDefault="00E12E3D" w:rsidP="00E12E3D">
                  <w:pPr>
                    <w:jc w:val="right"/>
                    <w:rPr>
                      <w:lang w:eastAsia="ja-JP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14:paraId="395F86EE" w14:textId="5EFF59B5" w:rsidR="00E12E3D" w:rsidRPr="00E12E3D" w:rsidRDefault="00E12E3D" w:rsidP="00E12E3D">
                  <w:pPr>
                    <w:jc w:val="right"/>
                    <w:rPr>
                      <w:sz w:val="52"/>
                      <w:szCs w:val="52"/>
                      <w:lang w:eastAsia="ja-JP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14:paraId="20C83380" w14:textId="6E4BFF18" w:rsidR="00E12E3D" w:rsidRPr="00E12E3D" w:rsidRDefault="00E12E3D" w:rsidP="00E12E3D">
                  <w:pPr>
                    <w:jc w:val="right"/>
                    <w:rPr>
                      <w:sz w:val="52"/>
                      <w:szCs w:val="52"/>
                      <w:lang w:eastAsia="ja-JP"/>
                    </w:rPr>
                  </w:pPr>
                  <w:r w:rsidRPr="00E12E3D">
                    <w:rPr>
                      <w:rFonts w:hint="eastAsia"/>
                      <w:sz w:val="52"/>
                      <w:szCs w:val="52"/>
                      <w:lang w:eastAsia="ja-JP"/>
                    </w:rPr>
                    <w:t>０</w:t>
                  </w:r>
                </w:p>
              </w:tc>
              <w:tc>
                <w:tcPr>
                  <w:tcW w:w="836" w:type="dxa"/>
                  <w:vAlign w:val="center"/>
                </w:tcPr>
                <w:p w14:paraId="3B6C8393" w14:textId="0B66F3F6" w:rsidR="00E12E3D" w:rsidRPr="00E12E3D" w:rsidRDefault="00E12E3D" w:rsidP="00E12E3D">
                  <w:pPr>
                    <w:jc w:val="right"/>
                    <w:rPr>
                      <w:sz w:val="52"/>
                      <w:szCs w:val="52"/>
                      <w:lang w:eastAsia="ja-JP"/>
                    </w:rPr>
                  </w:pPr>
                  <w:r w:rsidRPr="00E12E3D">
                    <w:rPr>
                      <w:rFonts w:hint="eastAsia"/>
                      <w:sz w:val="52"/>
                      <w:szCs w:val="52"/>
                      <w:lang w:eastAsia="ja-JP"/>
                    </w:rPr>
                    <w:t>０</w:t>
                  </w:r>
                </w:p>
              </w:tc>
              <w:tc>
                <w:tcPr>
                  <w:tcW w:w="793" w:type="dxa"/>
                  <w:vAlign w:val="center"/>
                </w:tcPr>
                <w:p w14:paraId="3CCE7752" w14:textId="27951A7F" w:rsidR="00E12E3D" w:rsidRPr="00E12E3D" w:rsidRDefault="00E12E3D" w:rsidP="00E12E3D">
                  <w:pPr>
                    <w:jc w:val="right"/>
                    <w:rPr>
                      <w:sz w:val="52"/>
                      <w:szCs w:val="52"/>
                      <w:lang w:eastAsia="ja-JP"/>
                    </w:rPr>
                  </w:pPr>
                  <w:r w:rsidRPr="00E12E3D">
                    <w:rPr>
                      <w:rFonts w:hint="eastAsia"/>
                      <w:sz w:val="52"/>
                      <w:szCs w:val="52"/>
                      <w:lang w:eastAsia="ja-JP"/>
                    </w:rPr>
                    <w:t>０</w:t>
                  </w:r>
                </w:p>
              </w:tc>
              <w:tc>
                <w:tcPr>
                  <w:tcW w:w="836" w:type="dxa"/>
                  <w:vMerge/>
                </w:tcPr>
                <w:p w14:paraId="4D008295" w14:textId="240A5E40" w:rsidR="00E12E3D" w:rsidRDefault="00E12E3D" w:rsidP="00F43B74">
                  <w:pPr>
                    <w:jc w:val="both"/>
                    <w:rPr>
                      <w:lang w:eastAsia="ja-JP"/>
                    </w:rPr>
                  </w:pPr>
                </w:p>
              </w:tc>
            </w:tr>
          </w:tbl>
          <w:p w14:paraId="07FC0325" w14:textId="77777777" w:rsidR="00F43B74" w:rsidRDefault="00F43B74" w:rsidP="00F43B74">
            <w:pPr>
              <w:wordWrap w:val="0"/>
              <w:ind w:right="1120"/>
              <w:rPr>
                <w:sz w:val="28"/>
                <w:szCs w:val="28"/>
                <w:lang w:eastAsia="ja-JP"/>
              </w:rPr>
            </w:pPr>
          </w:p>
          <w:p w14:paraId="77B111A8" w14:textId="2A5F31A6" w:rsidR="00A56658" w:rsidRPr="00A56658" w:rsidRDefault="00A56658" w:rsidP="00F43B74">
            <w:pPr>
              <w:wordWrap w:val="0"/>
              <w:ind w:right="1120"/>
              <w:rPr>
                <w:lang w:eastAsia="ja-JP"/>
              </w:rPr>
            </w:pPr>
            <w:r w:rsidRPr="00A56658">
              <w:rPr>
                <w:rFonts w:hint="eastAsia"/>
                <w:lang w:eastAsia="ja-JP"/>
              </w:rPr>
              <w:t>※１口</w:t>
            </w:r>
            <w:r w:rsidRPr="00A56658">
              <w:rPr>
                <w:rFonts w:hint="eastAsia"/>
                <w:lang w:eastAsia="ja-JP"/>
              </w:rPr>
              <w:t>100,000</w:t>
            </w:r>
            <w:r w:rsidRPr="00A56658">
              <w:rPr>
                <w:rFonts w:hint="eastAsia"/>
                <w:lang w:eastAsia="ja-JP"/>
              </w:rPr>
              <w:t>円以上（上限なし）</w:t>
            </w:r>
          </w:p>
          <w:p w14:paraId="09FE1927" w14:textId="4BFEB862" w:rsidR="00F43B74" w:rsidRPr="005F048E" w:rsidRDefault="00F43B74" w:rsidP="00F43B74">
            <w:pPr>
              <w:wordWrap w:val="0"/>
              <w:ind w:right="1120"/>
              <w:rPr>
                <w:sz w:val="28"/>
                <w:szCs w:val="28"/>
                <w:lang w:eastAsia="ja-JP"/>
              </w:rPr>
            </w:pPr>
          </w:p>
        </w:tc>
      </w:tr>
    </w:tbl>
    <w:p w14:paraId="7AF9328A" w14:textId="229C89CB" w:rsidR="005F048E" w:rsidRPr="005F048E" w:rsidRDefault="005F048E" w:rsidP="005F048E">
      <w:pPr>
        <w:spacing w:after="0" w:line="240" w:lineRule="auto"/>
        <w:ind w:firstLineChars="100" w:firstLine="240"/>
        <w:rPr>
          <w:sz w:val="24"/>
          <w:szCs w:val="24"/>
          <w:lang w:eastAsia="ja-JP"/>
        </w:rPr>
      </w:pPr>
      <w:r w:rsidRPr="005F048E">
        <w:rPr>
          <w:rFonts w:hint="eastAsia"/>
          <w:sz w:val="24"/>
          <w:szCs w:val="24"/>
          <w:lang w:eastAsia="ja-JP"/>
        </w:rPr>
        <w:t>※本申込書提出後の協賛金額の変更はできません。</w:t>
      </w:r>
    </w:p>
    <w:sectPr w:rsidR="005F048E" w:rsidRPr="005F048E" w:rsidSect="001B0B95">
      <w:pgSz w:w="12240" w:h="15840" w:code="1"/>
      <w:pgMar w:top="1588" w:right="1588" w:bottom="1588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96B50" w14:textId="77777777" w:rsidR="00F5317C" w:rsidRDefault="00F5317C" w:rsidP="00036AD2">
      <w:pPr>
        <w:spacing w:after="0" w:line="240" w:lineRule="auto"/>
      </w:pPr>
      <w:r>
        <w:separator/>
      </w:r>
    </w:p>
  </w:endnote>
  <w:endnote w:type="continuationSeparator" w:id="0">
    <w:p w14:paraId="798890DD" w14:textId="77777777" w:rsidR="00F5317C" w:rsidRDefault="00F5317C" w:rsidP="00036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5A465" w14:textId="77777777" w:rsidR="00F5317C" w:rsidRDefault="00F5317C" w:rsidP="00036AD2">
      <w:pPr>
        <w:spacing w:after="0" w:line="240" w:lineRule="auto"/>
      </w:pPr>
      <w:r>
        <w:separator/>
      </w:r>
    </w:p>
  </w:footnote>
  <w:footnote w:type="continuationSeparator" w:id="0">
    <w:p w14:paraId="02CAC231" w14:textId="77777777" w:rsidR="00F5317C" w:rsidRDefault="00F5317C" w:rsidP="00036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B691CA7"/>
    <w:multiLevelType w:val="hybridMultilevel"/>
    <w:tmpl w:val="CF403F82"/>
    <w:lvl w:ilvl="0" w:tplc="281AF5C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36560941">
    <w:abstractNumId w:val="8"/>
  </w:num>
  <w:num w:numId="2" w16cid:durableId="1648239881">
    <w:abstractNumId w:val="6"/>
  </w:num>
  <w:num w:numId="3" w16cid:durableId="1855414004">
    <w:abstractNumId w:val="5"/>
  </w:num>
  <w:num w:numId="4" w16cid:durableId="1105462940">
    <w:abstractNumId w:val="4"/>
  </w:num>
  <w:num w:numId="5" w16cid:durableId="1157575032">
    <w:abstractNumId w:val="7"/>
  </w:num>
  <w:num w:numId="6" w16cid:durableId="490485246">
    <w:abstractNumId w:val="3"/>
  </w:num>
  <w:num w:numId="7" w16cid:durableId="144203479">
    <w:abstractNumId w:val="2"/>
  </w:num>
  <w:num w:numId="8" w16cid:durableId="945426922">
    <w:abstractNumId w:val="1"/>
  </w:num>
  <w:num w:numId="9" w16cid:durableId="1193812019">
    <w:abstractNumId w:val="0"/>
  </w:num>
  <w:num w:numId="10" w16cid:durableId="10540836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AD2"/>
    <w:rsid w:val="00042D04"/>
    <w:rsid w:val="0006063C"/>
    <w:rsid w:val="000C6892"/>
    <w:rsid w:val="000D157F"/>
    <w:rsid w:val="0015074B"/>
    <w:rsid w:val="00183616"/>
    <w:rsid w:val="001B0B95"/>
    <w:rsid w:val="001E6A83"/>
    <w:rsid w:val="0029639D"/>
    <w:rsid w:val="00326F90"/>
    <w:rsid w:val="003B7B20"/>
    <w:rsid w:val="003E45DF"/>
    <w:rsid w:val="003E79C4"/>
    <w:rsid w:val="003F2C6C"/>
    <w:rsid w:val="004B359A"/>
    <w:rsid w:val="004D0B92"/>
    <w:rsid w:val="004D0D74"/>
    <w:rsid w:val="004F3463"/>
    <w:rsid w:val="00541013"/>
    <w:rsid w:val="00547740"/>
    <w:rsid w:val="00555BC6"/>
    <w:rsid w:val="005921D7"/>
    <w:rsid w:val="005F048E"/>
    <w:rsid w:val="00601FE1"/>
    <w:rsid w:val="00623DC7"/>
    <w:rsid w:val="006F1565"/>
    <w:rsid w:val="007B4A57"/>
    <w:rsid w:val="00831D6E"/>
    <w:rsid w:val="00884271"/>
    <w:rsid w:val="008A53EE"/>
    <w:rsid w:val="008C4785"/>
    <w:rsid w:val="0090509C"/>
    <w:rsid w:val="00912416"/>
    <w:rsid w:val="009148DF"/>
    <w:rsid w:val="00970BCC"/>
    <w:rsid w:val="00986BAB"/>
    <w:rsid w:val="009A69E2"/>
    <w:rsid w:val="00A415DF"/>
    <w:rsid w:val="00A54892"/>
    <w:rsid w:val="00A56658"/>
    <w:rsid w:val="00A631F4"/>
    <w:rsid w:val="00AA1D8D"/>
    <w:rsid w:val="00B47730"/>
    <w:rsid w:val="00B7559E"/>
    <w:rsid w:val="00BD322C"/>
    <w:rsid w:val="00C54754"/>
    <w:rsid w:val="00C607F7"/>
    <w:rsid w:val="00C77F04"/>
    <w:rsid w:val="00C825C4"/>
    <w:rsid w:val="00C95C84"/>
    <w:rsid w:val="00CB0664"/>
    <w:rsid w:val="00CE1C8E"/>
    <w:rsid w:val="00D12B65"/>
    <w:rsid w:val="00D52331"/>
    <w:rsid w:val="00E12E3D"/>
    <w:rsid w:val="00E33B69"/>
    <w:rsid w:val="00E36DDD"/>
    <w:rsid w:val="00E83BC7"/>
    <w:rsid w:val="00E8662D"/>
    <w:rsid w:val="00EA449A"/>
    <w:rsid w:val="00EC7240"/>
    <w:rsid w:val="00EF6D7A"/>
    <w:rsid w:val="00F43B74"/>
    <w:rsid w:val="00F5317C"/>
    <w:rsid w:val="00FA1A79"/>
    <w:rsid w:val="00FC693F"/>
    <w:rsid w:val="00FD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7195F"/>
  <w14:defaultImageDpi w14:val="300"/>
  <w15:docId w15:val="{71B57ACE-2A3D-4791-922A-C7A648F3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">
    <w:name w:val="Hyperlink"/>
    <w:basedOn w:val="a2"/>
    <w:uiPriority w:val="99"/>
    <w:unhideWhenUsed/>
    <w:rsid w:val="00FA1A79"/>
    <w:rPr>
      <w:color w:val="0000FF" w:themeColor="hyperlink"/>
      <w:u w:val="single"/>
    </w:rPr>
  </w:style>
  <w:style w:type="character" w:styleId="aff0">
    <w:name w:val="Unresolved Mention"/>
    <w:basedOn w:val="a2"/>
    <w:uiPriority w:val="99"/>
    <w:semiHidden/>
    <w:unhideWhenUsed/>
    <w:rsid w:val="00FA1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73</Words>
  <Characters>78</Characters>
  <Application>Microsoft Office Word</Application>
  <DocSecurity>0</DocSecurity>
  <Lines>4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梅田　まゆ</cp:lastModifiedBy>
  <cp:revision>37</cp:revision>
  <cp:lastPrinted>2026-07-07T07:05:00Z</cp:lastPrinted>
  <dcterms:created xsi:type="dcterms:W3CDTF">2026-06-23T05:44:00Z</dcterms:created>
  <dcterms:modified xsi:type="dcterms:W3CDTF">2026-07-10T04:33:00Z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2026-06-23T05:44:37Z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72b6c80d-101d-4215-9478-a81a54b809ec</vt:lpwstr>
  </property>
  <property fmtid="{D5CDD505-2E9C-101B-9397-08002B2CF9AE}" pid="7" name="MSIP_Label_defa4170-0d19-0005-0004-bc88714345d2_ActionId">
    <vt:lpwstr>194a4953-8dd4-4eee-8bd1-9631a047953c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